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C9B94" w14:textId="265B3BD1" w:rsidR="00360E60" w:rsidRPr="00AC2C0B" w:rsidRDefault="00000000" w:rsidP="00AC2C0B">
      <w:pPr>
        <w:jc w:val="center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  <w:b/>
          <w:bCs/>
        </w:rPr>
        <w:t>SURAT PERNYATAAN ORISINALITAS KARYA</w:t>
      </w:r>
      <w:r w:rsidR="00AC2C0B" w:rsidRPr="00AC2C0B">
        <w:rPr>
          <w:rFonts w:ascii="Times New Roman" w:hAnsi="Times New Roman" w:cs="Times New Roman"/>
          <w:b/>
          <w:bCs/>
        </w:rPr>
        <w:t xml:space="preserve"> FTIC 2026</w:t>
      </w:r>
    </w:p>
    <w:p w14:paraId="23E4DF31" w14:textId="77777777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</w:rPr>
        <w:t xml:space="preserve">Yang </w:t>
      </w:r>
      <w:proofErr w:type="spellStart"/>
      <w:r w:rsidRPr="00AC2C0B">
        <w:rPr>
          <w:rFonts w:ascii="Times New Roman" w:hAnsi="Times New Roman" w:cs="Times New Roman"/>
        </w:rPr>
        <w:t>bertanda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tangan</w:t>
      </w:r>
      <w:proofErr w:type="spellEnd"/>
      <w:r w:rsidRPr="00AC2C0B">
        <w:rPr>
          <w:rFonts w:ascii="Times New Roman" w:hAnsi="Times New Roman" w:cs="Times New Roman"/>
        </w:rPr>
        <w:t xml:space="preserve"> di </w:t>
      </w:r>
      <w:proofErr w:type="spellStart"/>
      <w:r w:rsidRPr="00AC2C0B">
        <w:rPr>
          <w:rFonts w:ascii="Times New Roman" w:hAnsi="Times New Roman" w:cs="Times New Roman"/>
        </w:rPr>
        <w:t>bawah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ini</w:t>
      </w:r>
      <w:proofErr w:type="spellEnd"/>
      <w:r w:rsidRPr="00AC2C0B">
        <w:rPr>
          <w:rFonts w:ascii="Times New Roman" w:hAnsi="Times New Roman" w:cs="Times New Roman"/>
        </w:rPr>
        <w:t>:</w:t>
      </w:r>
    </w:p>
    <w:p w14:paraId="1E532582" w14:textId="58527718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</w:rPr>
        <w:t xml:space="preserve">Nama </w:t>
      </w:r>
      <w:proofErr w:type="spellStart"/>
      <w:r w:rsidRPr="00AC2C0B">
        <w:rPr>
          <w:rFonts w:ascii="Times New Roman" w:hAnsi="Times New Roman" w:cs="Times New Roman"/>
        </w:rPr>
        <w:t>Ketua</w:t>
      </w:r>
      <w:proofErr w:type="spellEnd"/>
      <w:r w:rsidRPr="00AC2C0B">
        <w:rPr>
          <w:rFonts w:ascii="Times New Roman" w:hAnsi="Times New Roman" w:cs="Times New Roman"/>
        </w:rPr>
        <w:t xml:space="preserve"> Tim</w:t>
      </w:r>
      <w:r w:rsidR="00AC2C0B">
        <w:rPr>
          <w:rFonts w:ascii="Times New Roman" w:hAnsi="Times New Roman" w:cs="Times New Roman"/>
        </w:rPr>
        <w:tab/>
      </w:r>
      <w:r w:rsidRPr="00AC2C0B">
        <w:rPr>
          <w:rFonts w:ascii="Times New Roman" w:hAnsi="Times New Roman" w:cs="Times New Roman"/>
        </w:rPr>
        <w:t>: ...............................................................</w:t>
      </w:r>
    </w:p>
    <w:p w14:paraId="76D2A35F" w14:textId="42DB9F42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</w:rPr>
        <w:t>Nama Tim</w:t>
      </w:r>
      <w:r w:rsidR="00AC2C0B">
        <w:rPr>
          <w:rFonts w:ascii="Times New Roman" w:hAnsi="Times New Roman" w:cs="Times New Roman"/>
        </w:rPr>
        <w:tab/>
      </w:r>
      <w:r w:rsidR="00AC2C0B">
        <w:rPr>
          <w:rFonts w:ascii="Times New Roman" w:hAnsi="Times New Roman" w:cs="Times New Roman"/>
        </w:rPr>
        <w:tab/>
      </w:r>
      <w:r w:rsidRPr="00AC2C0B">
        <w:rPr>
          <w:rFonts w:ascii="Times New Roman" w:hAnsi="Times New Roman" w:cs="Times New Roman"/>
        </w:rPr>
        <w:t>: ...............................................................</w:t>
      </w:r>
    </w:p>
    <w:p w14:paraId="09D267BB" w14:textId="4B7BAB76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</w:rPr>
        <w:t>Asal Sekolah</w:t>
      </w:r>
      <w:r w:rsidR="00AC2C0B">
        <w:rPr>
          <w:rFonts w:ascii="Times New Roman" w:hAnsi="Times New Roman" w:cs="Times New Roman"/>
        </w:rPr>
        <w:tab/>
      </w:r>
      <w:r w:rsidR="00AC2C0B">
        <w:rPr>
          <w:rFonts w:ascii="Times New Roman" w:hAnsi="Times New Roman" w:cs="Times New Roman"/>
        </w:rPr>
        <w:tab/>
      </w:r>
      <w:r w:rsidRPr="00AC2C0B">
        <w:rPr>
          <w:rFonts w:ascii="Times New Roman" w:hAnsi="Times New Roman" w:cs="Times New Roman"/>
        </w:rPr>
        <w:t>: ...............................................................</w:t>
      </w:r>
    </w:p>
    <w:p w14:paraId="67E219EB" w14:textId="0AEC4261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proofErr w:type="spellStart"/>
      <w:r w:rsidRPr="00AC2C0B">
        <w:rPr>
          <w:rFonts w:ascii="Times New Roman" w:hAnsi="Times New Roman" w:cs="Times New Roman"/>
        </w:rPr>
        <w:t>Judul</w:t>
      </w:r>
      <w:proofErr w:type="spellEnd"/>
      <w:r w:rsidRPr="00AC2C0B">
        <w:rPr>
          <w:rFonts w:ascii="Times New Roman" w:hAnsi="Times New Roman" w:cs="Times New Roman"/>
        </w:rPr>
        <w:t xml:space="preserve"> Inovasi</w:t>
      </w:r>
      <w:r w:rsidR="00AC2C0B">
        <w:rPr>
          <w:rFonts w:ascii="Times New Roman" w:hAnsi="Times New Roman" w:cs="Times New Roman"/>
        </w:rPr>
        <w:tab/>
      </w:r>
      <w:r w:rsidR="00AC2C0B">
        <w:rPr>
          <w:rFonts w:ascii="Times New Roman" w:hAnsi="Times New Roman" w:cs="Times New Roman"/>
        </w:rPr>
        <w:tab/>
      </w:r>
      <w:r w:rsidRPr="00AC2C0B">
        <w:rPr>
          <w:rFonts w:ascii="Times New Roman" w:hAnsi="Times New Roman" w:cs="Times New Roman"/>
        </w:rPr>
        <w:t>: ...............................................................</w:t>
      </w:r>
    </w:p>
    <w:p w14:paraId="680933EB" w14:textId="77777777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proofErr w:type="spellStart"/>
      <w:r w:rsidRPr="00AC2C0B">
        <w:rPr>
          <w:rFonts w:ascii="Times New Roman" w:hAnsi="Times New Roman" w:cs="Times New Roman"/>
        </w:rPr>
        <w:t>Menyatakan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dengan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sesungguhnya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bahwa</w:t>
      </w:r>
      <w:proofErr w:type="spellEnd"/>
      <w:r w:rsidRPr="00AC2C0B">
        <w:rPr>
          <w:rFonts w:ascii="Times New Roman" w:hAnsi="Times New Roman" w:cs="Times New Roman"/>
        </w:rPr>
        <w:t>:</w:t>
      </w:r>
    </w:p>
    <w:p w14:paraId="4419BF9F" w14:textId="77777777" w:rsidR="00360E60" w:rsidRPr="00AC2C0B" w:rsidRDefault="00000000" w:rsidP="00AC2C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  <w:color w:val="000000"/>
        </w:rPr>
        <w:t xml:space="preserve">Karya </w:t>
      </w:r>
      <w:proofErr w:type="spellStart"/>
      <w:r w:rsidRPr="00AC2C0B">
        <w:rPr>
          <w:rFonts w:ascii="Times New Roman" w:hAnsi="Times New Roman" w:cs="Times New Roman"/>
          <w:color w:val="000000"/>
        </w:rPr>
        <w:t>dengan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judul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tersebut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di </w:t>
      </w:r>
      <w:proofErr w:type="spellStart"/>
      <w:r w:rsidRPr="00AC2C0B">
        <w:rPr>
          <w:rFonts w:ascii="Times New Roman" w:hAnsi="Times New Roman" w:cs="Times New Roman"/>
          <w:color w:val="000000"/>
        </w:rPr>
        <w:t>atas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adalah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benar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merupakan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karya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asli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tim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kami.</w:t>
      </w:r>
    </w:p>
    <w:p w14:paraId="2AD91D44" w14:textId="77777777" w:rsidR="00360E60" w:rsidRPr="00AC2C0B" w:rsidRDefault="00000000" w:rsidP="00AC2C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  <w:color w:val="000000"/>
        </w:rPr>
        <w:t xml:space="preserve">Karya </w:t>
      </w:r>
      <w:proofErr w:type="spellStart"/>
      <w:r w:rsidRPr="00AC2C0B">
        <w:rPr>
          <w:rFonts w:ascii="Times New Roman" w:hAnsi="Times New Roman" w:cs="Times New Roman"/>
          <w:color w:val="000000"/>
        </w:rPr>
        <w:t>tersebut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tidak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mengandung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unsur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plagiarisme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dan </w:t>
      </w:r>
      <w:proofErr w:type="spellStart"/>
      <w:r w:rsidRPr="00AC2C0B">
        <w:rPr>
          <w:rFonts w:ascii="Times New Roman" w:hAnsi="Times New Roman" w:cs="Times New Roman"/>
          <w:color w:val="000000"/>
        </w:rPr>
        <w:t>tidak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melanggar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hak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cipta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pihak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lain.</w:t>
      </w:r>
    </w:p>
    <w:p w14:paraId="36613B4D" w14:textId="77777777" w:rsidR="00E65609" w:rsidRDefault="00000000" w:rsidP="00E656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</w:pPr>
      <w:proofErr w:type="spellStart"/>
      <w:r w:rsidRPr="00AC2C0B">
        <w:rPr>
          <w:rFonts w:ascii="Times New Roman" w:hAnsi="Times New Roman" w:cs="Times New Roman"/>
          <w:color w:val="000000"/>
        </w:rPr>
        <w:t>Seluruh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sumber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rujukan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AC2C0B">
        <w:rPr>
          <w:rFonts w:ascii="Times New Roman" w:hAnsi="Times New Roman" w:cs="Times New Roman"/>
          <w:color w:val="000000"/>
        </w:rPr>
        <w:t>materi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, dan </w:t>
      </w:r>
      <w:proofErr w:type="spellStart"/>
      <w:r w:rsidRPr="00AC2C0B">
        <w:rPr>
          <w:rFonts w:ascii="Times New Roman" w:hAnsi="Times New Roman" w:cs="Times New Roman"/>
          <w:color w:val="000000"/>
        </w:rPr>
        <w:t>aset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pihak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ketiga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yang </w:t>
      </w:r>
      <w:proofErr w:type="spellStart"/>
      <w:r w:rsidRPr="00AC2C0B">
        <w:rPr>
          <w:rFonts w:ascii="Times New Roman" w:hAnsi="Times New Roman" w:cs="Times New Roman"/>
          <w:color w:val="000000"/>
        </w:rPr>
        <w:t>digunakan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telah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dicantumkan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sumbernya</w:t>
      </w:r>
      <w:proofErr w:type="spellEnd"/>
      <w:r w:rsidRPr="00AC2C0B">
        <w:rPr>
          <w:rFonts w:ascii="Times New Roman" w:hAnsi="Times New Roman" w:cs="Times New Roman"/>
          <w:color w:val="000000"/>
        </w:rPr>
        <w:t>.</w:t>
      </w:r>
    </w:p>
    <w:p w14:paraId="7B86BB10" w14:textId="1A547D8D" w:rsidR="00E65609" w:rsidRPr="00E65609" w:rsidRDefault="00E65609" w:rsidP="00E6560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</w:pPr>
      <w:proofErr w:type="spellStart"/>
      <w:r w:rsidRPr="00E65609">
        <w:rPr>
          <w:rFonts w:ascii="Times New Roman" w:hAnsi="Times New Roman" w:cs="Times New Roman"/>
          <w:color w:val="000000"/>
        </w:rPr>
        <w:t>Perangkat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kecerdasan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buatan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(AI) </w:t>
      </w:r>
      <w:proofErr w:type="spellStart"/>
      <w:r w:rsidRPr="00E65609">
        <w:rPr>
          <w:rFonts w:ascii="Times New Roman" w:hAnsi="Times New Roman" w:cs="Times New Roman"/>
          <w:color w:val="000000"/>
        </w:rPr>
        <w:t>hanya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digunakan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sebagai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alat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bantu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untuk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pencarian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ide </w:t>
      </w:r>
      <w:proofErr w:type="spellStart"/>
      <w:r w:rsidRPr="00E65609">
        <w:rPr>
          <w:rFonts w:ascii="Times New Roman" w:hAnsi="Times New Roman" w:cs="Times New Roman"/>
          <w:color w:val="000000"/>
        </w:rPr>
        <w:t>awal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(brainstorming), </w:t>
      </w:r>
      <w:proofErr w:type="spellStart"/>
      <w:r w:rsidRPr="00E65609">
        <w:rPr>
          <w:rFonts w:ascii="Times New Roman" w:hAnsi="Times New Roman" w:cs="Times New Roman"/>
          <w:color w:val="000000"/>
        </w:rPr>
        <w:t>penerjemahan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bahasa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65609">
        <w:rPr>
          <w:rFonts w:ascii="Times New Roman" w:hAnsi="Times New Roman" w:cs="Times New Roman"/>
          <w:color w:val="000000"/>
        </w:rPr>
        <w:t>parafrase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kalimat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65609">
        <w:rPr>
          <w:rFonts w:ascii="Times New Roman" w:hAnsi="Times New Roman" w:cs="Times New Roman"/>
          <w:color w:val="000000"/>
        </w:rPr>
        <w:t>perbaikan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tata </w:t>
      </w:r>
      <w:proofErr w:type="spellStart"/>
      <w:r w:rsidRPr="00E65609">
        <w:rPr>
          <w:rFonts w:ascii="Times New Roman" w:hAnsi="Times New Roman" w:cs="Times New Roman"/>
          <w:color w:val="000000"/>
        </w:rPr>
        <w:t>bahasa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dan </w:t>
      </w:r>
      <w:proofErr w:type="spellStart"/>
      <w:r w:rsidRPr="00E65609">
        <w:rPr>
          <w:rFonts w:ascii="Times New Roman" w:hAnsi="Times New Roman" w:cs="Times New Roman"/>
          <w:color w:val="000000"/>
        </w:rPr>
        <w:t>ejaan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65609">
        <w:rPr>
          <w:rFonts w:ascii="Times New Roman" w:hAnsi="Times New Roman" w:cs="Times New Roman"/>
          <w:color w:val="000000"/>
        </w:rPr>
        <w:t>serta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pemformatan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teks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; dan BUKAN </w:t>
      </w:r>
      <w:proofErr w:type="spellStart"/>
      <w:r w:rsidRPr="00E65609">
        <w:rPr>
          <w:rFonts w:ascii="Times New Roman" w:hAnsi="Times New Roman" w:cs="Times New Roman"/>
          <w:color w:val="000000"/>
        </w:rPr>
        <w:t>digunakan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untuk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menghasilkan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ide </w:t>
      </w:r>
      <w:proofErr w:type="spellStart"/>
      <w:r w:rsidRPr="00E65609">
        <w:rPr>
          <w:rFonts w:ascii="Times New Roman" w:hAnsi="Times New Roman" w:cs="Times New Roman"/>
          <w:color w:val="000000"/>
        </w:rPr>
        <w:t>atau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inovasi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utama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65609">
        <w:rPr>
          <w:rFonts w:ascii="Times New Roman" w:hAnsi="Times New Roman" w:cs="Times New Roman"/>
          <w:color w:val="000000"/>
        </w:rPr>
        <w:t>menulis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keseluruhan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proposal </w:t>
      </w:r>
      <w:proofErr w:type="spellStart"/>
      <w:r w:rsidRPr="00E65609">
        <w:rPr>
          <w:rFonts w:ascii="Times New Roman" w:hAnsi="Times New Roman" w:cs="Times New Roman"/>
          <w:color w:val="000000"/>
        </w:rPr>
        <w:t>atau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dokumen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karya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65609">
        <w:rPr>
          <w:rFonts w:ascii="Times New Roman" w:hAnsi="Times New Roman" w:cs="Times New Roman"/>
          <w:color w:val="000000"/>
        </w:rPr>
        <w:t>menghasilkan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data </w:t>
      </w:r>
      <w:proofErr w:type="spellStart"/>
      <w:r w:rsidRPr="00E65609">
        <w:rPr>
          <w:rFonts w:ascii="Times New Roman" w:hAnsi="Times New Roman" w:cs="Times New Roman"/>
          <w:color w:val="000000"/>
        </w:rPr>
        <w:t>atau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hasil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pengujian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fiktif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E65609">
        <w:rPr>
          <w:rFonts w:ascii="Times New Roman" w:hAnsi="Times New Roman" w:cs="Times New Roman"/>
          <w:color w:val="000000"/>
        </w:rPr>
        <w:t>serta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membuat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purwarupa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(prototype) </w:t>
      </w:r>
      <w:proofErr w:type="spellStart"/>
      <w:r w:rsidRPr="00E65609">
        <w:rPr>
          <w:rFonts w:ascii="Times New Roman" w:hAnsi="Times New Roman" w:cs="Times New Roman"/>
          <w:color w:val="000000"/>
        </w:rPr>
        <w:t>atau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kode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sumber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(source code) </w:t>
      </w:r>
      <w:proofErr w:type="spellStart"/>
      <w:r w:rsidRPr="00E65609">
        <w:rPr>
          <w:rFonts w:ascii="Times New Roman" w:hAnsi="Times New Roman" w:cs="Times New Roman"/>
          <w:color w:val="000000"/>
        </w:rPr>
        <w:t>akhir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secara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utuh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tanpa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modifikasi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substansial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dari</w:t>
      </w:r>
      <w:proofErr w:type="spellEnd"/>
      <w:r w:rsidRPr="00E65609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E65609">
        <w:rPr>
          <w:rFonts w:ascii="Times New Roman" w:hAnsi="Times New Roman" w:cs="Times New Roman"/>
          <w:color w:val="000000"/>
        </w:rPr>
        <w:t>tim.</w:t>
      </w:r>
      <w:proofErr w:type="spellEnd"/>
    </w:p>
    <w:p w14:paraId="55B1D0E0" w14:textId="331D0648" w:rsidR="00360E60" w:rsidRPr="00AC2C0B" w:rsidRDefault="00000000" w:rsidP="00AC2C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</w:rPr>
      </w:pPr>
      <w:proofErr w:type="spellStart"/>
      <w:r w:rsidRPr="00AC2C0B">
        <w:rPr>
          <w:rFonts w:ascii="Times New Roman" w:hAnsi="Times New Roman" w:cs="Times New Roman"/>
          <w:color w:val="000000"/>
        </w:rPr>
        <w:t>Seluruh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data dan </w:t>
      </w:r>
      <w:proofErr w:type="spellStart"/>
      <w:r w:rsidRPr="00AC2C0B">
        <w:rPr>
          <w:rFonts w:ascii="Times New Roman" w:hAnsi="Times New Roman" w:cs="Times New Roman"/>
          <w:color w:val="000000"/>
        </w:rPr>
        <w:t>dokumen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yang kami </w:t>
      </w:r>
      <w:proofErr w:type="spellStart"/>
      <w:r w:rsidRPr="00AC2C0B">
        <w:rPr>
          <w:rFonts w:ascii="Times New Roman" w:hAnsi="Times New Roman" w:cs="Times New Roman"/>
          <w:color w:val="000000"/>
        </w:rPr>
        <w:t>sampaikan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adalah</w:t>
      </w:r>
      <w:proofErr w:type="spellEnd"/>
      <w:r w:rsidRPr="00AC2C0B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AC2C0B">
        <w:rPr>
          <w:rFonts w:ascii="Times New Roman" w:hAnsi="Times New Roman" w:cs="Times New Roman"/>
          <w:color w:val="000000"/>
        </w:rPr>
        <w:t>benar</w:t>
      </w:r>
      <w:proofErr w:type="spellEnd"/>
      <w:r w:rsidRPr="00AC2C0B">
        <w:rPr>
          <w:rFonts w:ascii="Times New Roman" w:hAnsi="Times New Roman" w:cs="Times New Roman"/>
          <w:color w:val="000000"/>
        </w:rPr>
        <w:t>.</w:t>
      </w:r>
    </w:p>
    <w:p w14:paraId="21A6FFDD" w14:textId="77777777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proofErr w:type="spellStart"/>
      <w:r w:rsidRPr="00AC2C0B">
        <w:rPr>
          <w:rFonts w:ascii="Times New Roman" w:hAnsi="Times New Roman" w:cs="Times New Roman"/>
        </w:rPr>
        <w:t>Apabila</w:t>
      </w:r>
      <w:proofErr w:type="spellEnd"/>
      <w:r w:rsidRPr="00AC2C0B">
        <w:rPr>
          <w:rFonts w:ascii="Times New Roman" w:hAnsi="Times New Roman" w:cs="Times New Roman"/>
        </w:rPr>
        <w:t xml:space="preserve"> di </w:t>
      </w:r>
      <w:proofErr w:type="spellStart"/>
      <w:r w:rsidRPr="00AC2C0B">
        <w:rPr>
          <w:rFonts w:ascii="Times New Roman" w:hAnsi="Times New Roman" w:cs="Times New Roman"/>
        </w:rPr>
        <w:t>kemudian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hari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pernyataan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ini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terbukti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tidak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benar</w:t>
      </w:r>
      <w:proofErr w:type="spellEnd"/>
      <w:r w:rsidRPr="00AC2C0B">
        <w:rPr>
          <w:rFonts w:ascii="Times New Roman" w:hAnsi="Times New Roman" w:cs="Times New Roman"/>
        </w:rPr>
        <w:t xml:space="preserve">, kami </w:t>
      </w:r>
      <w:proofErr w:type="spellStart"/>
      <w:r w:rsidRPr="00AC2C0B">
        <w:rPr>
          <w:rFonts w:ascii="Times New Roman" w:hAnsi="Times New Roman" w:cs="Times New Roman"/>
        </w:rPr>
        <w:t>bersedia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menerima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sanksi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berupa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diskualifikasi</w:t>
      </w:r>
      <w:proofErr w:type="spellEnd"/>
      <w:r w:rsidRPr="00AC2C0B">
        <w:rPr>
          <w:rFonts w:ascii="Times New Roman" w:hAnsi="Times New Roman" w:cs="Times New Roman"/>
        </w:rPr>
        <w:t xml:space="preserve"> dan </w:t>
      </w:r>
      <w:proofErr w:type="spellStart"/>
      <w:r w:rsidRPr="00AC2C0B">
        <w:rPr>
          <w:rFonts w:ascii="Times New Roman" w:hAnsi="Times New Roman" w:cs="Times New Roman"/>
        </w:rPr>
        <w:t>pencabutan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seluruh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penghargaan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serta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hak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beasiswa</w:t>
      </w:r>
      <w:proofErr w:type="spellEnd"/>
      <w:r w:rsidRPr="00AC2C0B">
        <w:rPr>
          <w:rFonts w:ascii="Times New Roman" w:hAnsi="Times New Roman" w:cs="Times New Roman"/>
        </w:rPr>
        <w:t xml:space="preserve"> yang </w:t>
      </w:r>
      <w:proofErr w:type="spellStart"/>
      <w:r w:rsidRPr="00AC2C0B">
        <w:rPr>
          <w:rFonts w:ascii="Times New Roman" w:hAnsi="Times New Roman" w:cs="Times New Roman"/>
        </w:rPr>
        <w:t>telah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diberikan</w:t>
      </w:r>
      <w:proofErr w:type="spellEnd"/>
      <w:r w:rsidRPr="00AC2C0B">
        <w:rPr>
          <w:rFonts w:ascii="Times New Roman" w:hAnsi="Times New Roman" w:cs="Times New Roman"/>
        </w:rPr>
        <w:t>.</w:t>
      </w:r>
    </w:p>
    <w:p w14:paraId="1EB276A3" w14:textId="77777777" w:rsidR="00360E60" w:rsidRPr="00AC2C0B" w:rsidRDefault="00000000" w:rsidP="00AC2C0B">
      <w:pPr>
        <w:jc w:val="both"/>
        <w:rPr>
          <w:rFonts w:ascii="Times New Roman" w:hAnsi="Times New Roman" w:cs="Times New Roman"/>
        </w:rPr>
      </w:pPr>
      <w:proofErr w:type="spellStart"/>
      <w:r w:rsidRPr="00AC2C0B">
        <w:rPr>
          <w:rFonts w:ascii="Times New Roman" w:hAnsi="Times New Roman" w:cs="Times New Roman"/>
        </w:rPr>
        <w:t>Demikian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pernyataan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ini</w:t>
      </w:r>
      <w:proofErr w:type="spellEnd"/>
      <w:r w:rsidRPr="00AC2C0B">
        <w:rPr>
          <w:rFonts w:ascii="Times New Roman" w:hAnsi="Times New Roman" w:cs="Times New Roman"/>
        </w:rPr>
        <w:t xml:space="preserve"> kami </w:t>
      </w:r>
      <w:proofErr w:type="spellStart"/>
      <w:r w:rsidRPr="00AC2C0B">
        <w:rPr>
          <w:rFonts w:ascii="Times New Roman" w:hAnsi="Times New Roman" w:cs="Times New Roman"/>
        </w:rPr>
        <w:t>buat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dengan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sebenar-benarnya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tanpa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paksaan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dari</w:t>
      </w:r>
      <w:proofErr w:type="spellEnd"/>
      <w:r w:rsidRPr="00AC2C0B">
        <w:rPr>
          <w:rFonts w:ascii="Times New Roman" w:hAnsi="Times New Roman" w:cs="Times New Roman"/>
        </w:rPr>
        <w:t xml:space="preserve"> </w:t>
      </w:r>
      <w:proofErr w:type="spellStart"/>
      <w:r w:rsidRPr="00AC2C0B">
        <w:rPr>
          <w:rFonts w:ascii="Times New Roman" w:hAnsi="Times New Roman" w:cs="Times New Roman"/>
        </w:rPr>
        <w:t>pihak</w:t>
      </w:r>
      <w:proofErr w:type="spellEnd"/>
      <w:r w:rsidRPr="00AC2C0B">
        <w:rPr>
          <w:rFonts w:ascii="Times New Roman" w:hAnsi="Times New Roman" w:cs="Times New Roman"/>
        </w:rPr>
        <w:t xml:space="preserve"> mana pun.</w:t>
      </w:r>
    </w:p>
    <w:p w14:paraId="6183883F" w14:textId="5525087C" w:rsidR="00360E60" w:rsidRPr="00AC2C0B" w:rsidRDefault="00000000" w:rsidP="00AC2C0B">
      <w:pPr>
        <w:ind w:left="3600" w:firstLine="720"/>
        <w:jc w:val="both"/>
        <w:rPr>
          <w:rFonts w:ascii="Times New Roman" w:hAnsi="Times New Roman" w:cs="Times New Roman"/>
        </w:rPr>
      </w:pPr>
      <w:r w:rsidRPr="00AC2C0B">
        <w:rPr>
          <w:rFonts w:ascii="Times New Roman" w:hAnsi="Times New Roman" w:cs="Times New Roman"/>
        </w:rPr>
        <w:t>......................., ................................ 2026</w:t>
      </w:r>
    </w:p>
    <w:tbl>
      <w:tblPr>
        <w:tblStyle w:val="a"/>
        <w:tblW w:w="9072" w:type="dxa"/>
        <w:jc w:val="center"/>
        <w:tblLayout w:type="fixed"/>
        <w:tblLook w:val="0400" w:firstRow="0" w:lastRow="0" w:firstColumn="0" w:lastColumn="0" w:noHBand="0" w:noVBand="1"/>
      </w:tblPr>
      <w:tblGrid>
        <w:gridCol w:w="4536"/>
        <w:gridCol w:w="4536"/>
      </w:tblGrid>
      <w:tr w:rsidR="00360E60" w:rsidRPr="00AC2C0B" w14:paraId="47D7CA31" w14:textId="77777777">
        <w:trPr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EB07B" w14:textId="77777777" w:rsidR="00360E60" w:rsidRPr="00AC2C0B" w:rsidRDefault="00000000" w:rsidP="00AC2C0B">
            <w:pPr>
              <w:jc w:val="both"/>
              <w:rPr>
                <w:rFonts w:ascii="Times New Roman" w:hAnsi="Times New Roman" w:cs="Times New Roman"/>
              </w:rPr>
            </w:pPr>
            <w:r w:rsidRPr="00AC2C0B">
              <w:rPr>
                <w:rFonts w:ascii="Times New Roman" w:hAnsi="Times New Roman" w:cs="Times New Roman"/>
                <w:b/>
                <w:bCs/>
              </w:rPr>
              <w:t xml:space="preserve">Guru </w:t>
            </w:r>
            <w:proofErr w:type="spellStart"/>
            <w:r w:rsidRPr="00AC2C0B">
              <w:rPr>
                <w:rFonts w:ascii="Times New Roman" w:hAnsi="Times New Roman" w:cs="Times New Roman"/>
                <w:b/>
                <w:bCs/>
              </w:rPr>
              <w:t>Pembimbing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1F1F" w14:textId="77777777" w:rsidR="00360E60" w:rsidRPr="00AC2C0B" w:rsidRDefault="00000000" w:rsidP="00AC2C0B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AC2C0B">
              <w:rPr>
                <w:rFonts w:ascii="Times New Roman" w:hAnsi="Times New Roman" w:cs="Times New Roman"/>
                <w:b/>
                <w:bCs/>
              </w:rPr>
              <w:t>Ketua</w:t>
            </w:r>
            <w:proofErr w:type="spellEnd"/>
            <w:r w:rsidRPr="00AC2C0B">
              <w:rPr>
                <w:rFonts w:ascii="Times New Roman" w:hAnsi="Times New Roman" w:cs="Times New Roman"/>
                <w:b/>
                <w:bCs/>
              </w:rPr>
              <w:t xml:space="preserve"> Tim</w:t>
            </w:r>
          </w:p>
        </w:tc>
      </w:tr>
      <w:tr w:rsidR="00360E60" w:rsidRPr="00AC2C0B" w14:paraId="6575F8F8" w14:textId="77777777">
        <w:trPr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AE8EB" w14:textId="77777777" w:rsidR="00360E60" w:rsidRDefault="00360E60" w:rsidP="00AC2C0B">
            <w:pPr>
              <w:jc w:val="both"/>
              <w:rPr>
                <w:rFonts w:ascii="Times New Roman" w:hAnsi="Times New Roman" w:cs="Times New Roman"/>
              </w:rPr>
            </w:pPr>
          </w:p>
          <w:p w14:paraId="3C74A327" w14:textId="77777777" w:rsidR="00E65609" w:rsidRPr="00AC2C0B" w:rsidRDefault="00E65609" w:rsidP="00AC2C0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3D17A" w14:textId="77777777" w:rsidR="00360E60" w:rsidRPr="00AC2C0B" w:rsidRDefault="00360E60" w:rsidP="00AC2C0B">
            <w:pPr>
              <w:jc w:val="both"/>
              <w:rPr>
                <w:rFonts w:ascii="Times New Roman" w:hAnsi="Times New Roman" w:cs="Times New Roman"/>
              </w:rPr>
            </w:pPr>
          </w:p>
          <w:p w14:paraId="22AD17C7" w14:textId="24BB2E79" w:rsidR="00AC2C0B" w:rsidRPr="00AC2C0B" w:rsidRDefault="00AC2C0B" w:rsidP="00AC2C0B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360E60" w:rsidRPr="00AC2C0B" w14:paraId="10BCB8F2" w14:textId="77777777">
        <w:trPr>
          <w:jc w:val="center"/>
        </w:trPr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D2D76" w14:textId="77777777" w:rsidR="00360E60" w:rsidRPr="00AC2C0B" w:rsidRDefault="00000000" w:rsidP="00AC2C0B">
            <w:pPr>
              <w:jc w:val="both"/>
              <w:rPr>
                <w:rFonts w:ascii="Times New Roman" w:hAnsi="Times New Roman" w:cs="Times New Roman"/>
              </w:rPr>
            </w:pPr>
            <w:r w:rsidRPr="00AC2C0B">
              <w:rPr>
                <w:rFonts w:ascii="Times New Roman" w:hAnsi="Times New Roman" w:cs="Times New Roman"/>
              </w:rPr>
              <w:t>(...........................................)</w:t>
            </w:r>
            <w:r w:rsidRPr="00AC2C0B">
              <w:rPr>
                <w:rFonts w:ascii="Times New Roman" w:hAnsi="Times New Roman" w:cs="Times New Roman"/>
              </w:rPr>
              <w:br/>
              <w:t>NIP/NIK: ......................................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133C" w14:textId="77777777" w:rsidR="00360E60" w:rsidRPr="00AC2C0B" w:rsidRDefault="00000000" w:rsidP="00AC2C0B">
            <w:pPr>
              <w:jc w:val="both"/>
              <w:rPr>
                <w:rFonts w:ascii="Times New Roman" w:hAnsi="Times New Roman" w:cs="Times New Roman"/>
              </w:rPr>
            </w:pPr>
            <w:r w:rsidRPr="00AC2C0B">
              <w:rPr>
                <w:rFonts w:ascii="Times New Roman" w:hAnsi="Times New Roman" w:cs="Times New Roman"/>
              </w:rPr>
              <w:t>(...........................................)</w:t>
            </w:r>
            <w:r w:rsidRPr="00AC2C0B">
              <w:rPr>
                <w:rFonts w:ascii="Times New Roman" w:hAnsi="Times New Roman" w:cs="Times New Roman"/>
              </w:rPr>
              <w:br/>
              <w:t>NISN: ......................................</w:t>
            </w:r>
          </w:p>
        </w:tc>
      </w:tr>
    </w:tbl>
    <w:p w14:paraId="5638DAD9" w14:textId="77777777" w:rsidR="00AC2C0B" w:rsidRPr="00AC2C0B" w:rsidRDefault="00AC2C0B" w:rsidP="00E6560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hAnsi="Times New Roman" w:cs="Times New Roman"/>
        </w:rPr>
      </w:pPr>
    </w:p>
    <w:sectPr w:rsidR="00AC2C0B" w:rsidRPr="00AC2C0B" w:rsidSect="00AC2C0B">
      <w:pgSz w:w="11906" w:h="16838" w:code="9"/>
      <w:pgMar w:top="1701" w:right="1701" w:bottom="1701" w:left="1701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DB2140B2-E79B-4697-AAB6-CCB39BE970C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F296BEF-5029-4A90-843E-E32FC87F8D89}"/>
    <w:embedBold r:id="rId3" w:fontKey="{C68A4773-51B5-47D7-98F1-1A2EE1BD9B7D}"/>
    <w:embedItalic r:id="rId4" w:fontKey="{83D49320-0001-4150-8EA0-665F9E416F13}"/>
    <w:embedBoldItalic r:id="rId5" w:fontKey="{DCB5A77D-CF49-481E-92C1-625F1AB278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5224034-5B3A-459F-9E0B-CEE9FE46376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C38E4"/>
    <w:multiLevelType w:val="multilevel"/>
    <w:tmpl w:val="A0847EC0"/>
    <w:lvl w:ilvl="0">
      <w:start w:val="1"/>
      <w:numFmt w:val="decimal"/>
      <w:pStyle w:val="ListBullet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0DE5E89"/>
    <w:multiLevelType w:val="multilevel"/>
    <w:tmpl w:val="EDBC0444"/>
    <w:lvl w:ilvl="0">
      <w:start w:val="1"/>
      <w:numFmt w:val="bullet"/>
      <w:pStyle w:val="List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929854744">
    <w:abstractNumId w:val="1"/>
  </w:num>
  <w:num w:numId="2" w16cid:durableId="1964647782">
    <w:abstractNumId w:val="0"/>
  </w:num>
  <w:num w:numId="3" w16cid:durableId="730149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758618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97294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958424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E60"/>
    <w:rsid w:val="00086586"/>
    <w:rsid w:val="00360E60"/>
    <w:rsid w:val="00AC2C0B"/>
    <w:rsid w:val="00E65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E110C"/>
  <w15:docId w15:val="{63828C99-DC5C-4AFB-83DF-34E41EDB8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color w:val="243F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Pr>
      <w:i/>
      <w:iCs/>
      <w:color w:val="4F81BD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T8bpID2dArWvm3JZ8R2Nw3JLxw==">CgMxLjA4AHIhMWg3MUZDRmRRNzlTRzV6MHVMdDItR1pYcjVGNmYxZDZZ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Dell</cp:lastModifiedBy>
  <cp:revision>2</cp:revision>
  <dcterms:created xsi:type="dcterms:W3CDTF">2013-12-23T23:15:00Z</dcterms:created>
  <dcterms:modified xsi:type="dcterms:W3CDTF">2026-09-16T11:50:00Z</dcterms:modified>
</cp:coreProperties>
</file>