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A6B97" w14:textId="77777777" w:rsidR="00CF1521" w:rsidRPr="006551AA" w:rsidRDefault="00000000" w:rsidP="008E7173">
      <w:pPr>
        <w:jc w:val="center"/>
        <w:rPr>
          <w:rFonts w:ascii="Times New Roman" w:hAnsi="Times New Roman" w:cs="Times New Roman"/>
          <w:szCs w:val="24"/>
        </w:rPr>
      </w:pPr>
      <w:r w:rsidRPr="006551AA">
        <w:rPr>
          <w:rFonts w:ascii="Times New Roman" w:hAnsi="Times New Roman" w:cs="Times New Roman"/>
          <w:szCs w:val="24"/>
        </w:rPr>
        <w:t>(Dibuat di atas kop surat sekolah dan dibubuhi stempel)</w:t>
      </w:r>
    </w:p>
    <w:p w14:paraId="7BFE3D85" w14:textId="77777777" w:rsidR="00CF1521" w:rsidRPr="006551AA" w:rsidRDefault="00000000" w:rsidP="008E7173">
      <w:pPr>
        <w:jc w:val="center"/>
        <w:rPr>
          <w:rFonts w:ascii="Times New Roman" w:hAnsi="Times New Roman" w:cs="Times New Roman"/>
          <w:szCs w:val="24"/>
        </w:rPr>
      </w:pPr>
      <w:r w:rsidRPr="006551AA">
        <w:rPr>
          <w:rFonts w:ascii="Times New Roman" w:hAnsi="Times New Roman" w:cs="Times New Roman"/>
          <w:b/>
          <w:szCs w:val="24"/>
        </w:rPr>
        <w:t>SURAT PENGANTAR DAN REKOMENDASI</w:t>
      </w:r>
    </w:p>
    <w:p w14:paraId="638B03F6" w14:textId="77777777" w:rsidR="00CF1521" w:rsidRPr="006551AA" w:rsidRDefault="00000000" w:rsidP="008E7173">
      <w:pPr>
        <w:jc w:val="center"/>
        <w:rPr>
          <w:rFonts w:ascii="Times New Roman" w:hAnsi="Times New Roman" w:cs="Times New Roman"/>
          <w:szCs w:val="24"/>
        </w:rPr>
      </w:pPr>
      <w:r w:rsidRPr="006551AA">
        <w:rPr>
          <w:rFonts w:ascii="Times New Roman" w:hAnsi="Times New Roman" w:cs="Times New Roman"/>
          <w:szCs w:val="24"/>
        </w:rPr>
        <w:t>Nomor: ...............................................</w:t>
      </w:r>
    </w:p>
    <w:p w14:paraId="6723DCE4" w14:textId="77777777" w:rsidR="00CF1521" w:rsidRPr="006551AA" w:rsidRDefault="00CF1521" w:rsidP="006551AA">
      <w:pPr>
        <w:jc w:val="both"/>
        <w:rPr>
          <w:rFonts w:ascii="Times New Roman" w:hAnsi="Times New Roman" w:cs="Times New Roman"/>
          <w:szCs w:val="24"/>
        </w:rPr>
      </w:pPr>
    </w:p>
    <w:p w14:paraId="65DDFF93"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Yang bertanda tangan di bawah ini, Kepala Sekolah .................................................., dengan ini menerangkan bahwa siswa berikut adalah siswa aktif pada satuan pendidikan kami dan kami rekomendasikan untuk mengikuti Future Technology and Innovation Challenge 2026 (FTIC 2026) yang diselenggarakan oleh Fakultas Teknik Universitas Katolik Widya Mandala Surabaya.</w:t>
      </w:r>
    </w:p>
    <w:tbl>
      <w:tblPr>
        <w:tblW w:w="0" w:type="auto"/>
        <w:jc w:val="center"/>
        <w:tblLook w:val="04A0" w:firstRow="1" w:lastRow="0" w:firstColumn="1" w:lastColumn="0" w:noHBand="0" w:noVBand="1"/>
      </w:tblPr>
      <w:tblGrid>
        <w:gridCol w:w="570"/>
        <w:gridCol w:w="3574"/>
        <w:gridCol w:w="2174"/>
        <w:gridCol w:w="2191"/>
      </w:tblGrid>
      <w:tr w:rsidR="00CF1521" w:rsidRPr="006551AA" w14:paraId="6C02D7AE" w14:textId="77777777" w:rsidTr="006551AA">
        <w:trPr>
          <w:jc w:val="center"/>
        </w:trPr>
        <w:tc>
          <w:tcPr>
            <w:tcW w:w="570" w:type="dxa"/>
            <w:tcBorders>
              <w:top w:val="single" w:sz="4" w:space="0" w:color="000000"/>
              <w:left w:val="single" w:sz="4" w:space="0" w:color="000000"/>
              <w:bottom w:val="single" w:sz="4" w:space="0" w:color="000000"/>
              <w:right w:val="single" w:sz="4" w:space="0" w:color="000000"/>
            </w:tcBorders>
          </w:tcPr>
          <w:p w14:paraId="4B161261"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b/>
                <w:szCs w:val="24"/>
              </w:rPr>
              <w:t>No.</w:t>
            </w:r>
          </w:p>
        </w:tc>
        <w:tc>
          <w:tcPr>
            <w:tcW w:w="3574" w:type="dxa"/>
            <w:tcBorders>
              <w:top w:val="single" w:sz="4" w:space="0" w:color="000000"/>
              <w:left w:val="single" w:sz="4" w:space="0" w:color="000000"/>
              <w:bottom w:val="single" w:sz="4" w:space="0" w:color="000000"/>
              <w:right w:val="single" w:sz="4" w:space="0" w:color="000000"/>
            </w:tcBorders>
          </w:tcPr>
          <w:p w14:paraId="28CBDF4B"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b/>
                <w:szCs w:val="24"/>
              </w:rPr>
              <w:t>Nama Lengkap</w:t>
            </w:r>
          </w:p>
        </w:tc>
        <w:tc>
          <w:tcPr>
            <w:tcW w:w="2174" w:type="dxa"/>
            <w:tcBorders>
              <w:top w:val="single" w:sz="4" w:space="0" w:color="000000"/>
              <w:left w:val="single" w:sz="4" w:space="0" w:color="000000"/>
              <w:bottom w:val="single" w:sz="4" w:space="0" w:color="000000"/>
              <w:right w:val="single" w:sz="4" w:space="0" w:color="000000"/>
            </w:tcBorders>
          </w:tcPr>
          <w:p w14:paraId="304201BC"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b/>
                <w:szCs w:val="24"/>
              </w:rPr>
              <w:t>NISN</w:t>
            </w:r>
          </w:p>
        </w:tc>
        <w:tc>
          <w:tcPr>
            <w:tcW w:w="2191" w:type="dxa"/>
            <w:tcBorders>
              <w:top w:val="single" w:sz="4" w:space="0" w:color="000000"/>
              <w:left w:val="single" w:sz="4" w:space="0" w:color="000000"/>
              <w:bottom w:val="single" w:sz="4" w:space="0" w:color="000000"/>
              <w:right w:val="single" w:sz="4" w:space="0" w:color="000000"/>
            </w:tcBorders>
          </w:tcPr>
          <w:p w14:paraId="6F4959B1"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b/>
                <w:szCs w:val="24"/>
              </w:rPr>
              <w:t>Kelas / Jurusan</w:t>
            </w:r>
          </w:p>
        </w:tc>
      </w:tr>
      <w:tr w:rsidR="00CF1521" w:rsidRPr="006551AA" w14:paraId="7ECEE37A" w14:textId="77777777" w:rsidTr="006551AA">
        <w:trPr>
          <w:jc w:val="center"/>
        </w:trPr>
        <w:tc>
          <w:tcPr>
            <w:tcW w:w="570" w:type="dxa"/>
            <w:tcBorders>
              <w:top w:val="single" w:sz="4" w:space="0" w:color="000000"/>
              <w:left w:val="single" w:sz="4" w:space="0" w:color="000000"/>
              <w:bottom w:val="single" w:sz="4" w:space="0" w:color="000000"/>
              <w:right w:val="single" w:sz="4" w:space="0" w:color="000000"/>
            </w:tcBorders>
          </w:tcPr>
          <w:p w14:paraId="44191C21"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1</w:t>
            </w:r>
          </w:p>
        </w:tc>
        <w:tc>
          <w:tcPr>
            <w:tcW w:w="3574" w:type="dxa"/>
            <w:tcBorders>
              <w:top w:val="single" w:sz="4" w:space="0" w:color="000000"/>
              <w:left w:val="single" w:sz="4" w:space="0" w:color="000000"/>
              <w:bottom w:val="single" w:sz="4" w:space="0" w:color="000000"/>
              <w:right w:val="single" w:sz="4" w:space="0" w:color="000000"/>
            </w:tcBorders>
          </w:tcPr>
          <w:p w14:paraId="125909D0" w14:textId="77777777" w:rsidR="00CF1521" w:rsidRPr="006551AA" w:rsidRDefault="00CF1521" w:rsidP="006551AA">
            <w:pPr>
              <w:jc w:val="both"/>
              <w:rPr>
                <w:rFonts w:ascii="Times New Roman" w:hAnsi="Times New Roman" w:cs="Times New Roman"/>
                <w:szCs w:val="24"/>
              </w:rPr>
            </w:pPr>
          </w:p>
        </w:tc>
        <w:tc>
          <w:tcPr>
            <w:tcW w:w="2174" w:type="dxa"/>
            <w:tcBorders>
              <w:top w:val="single" w:sz="4" w:space="0" w:color="000000"/>
              <w:left w:val="single" w:sz="4" w:space="0" w:color="000000"/>
              <w:bottom w:val="single" w:sz="4" w:space="0" w:color="000000"/>
              <w:right w:val="single" w:sz="4" w:space="0" w:color="000000"/>
            </w:tcBorders>
          </w:tcPr>
          <w:p w14:paraId="7CDA32A5" w14:textId="77777777" w:rsidR="00CF1521" w:rsidRPr="006551AA" w:rsidRDefault="00CF1521" w:rsidP="006551AA">
            <w:pPr>
              <w:jc w:val="both"/>
              <w:rPr>
                <w:rFonts w:ascii="Times New Roman" w:hAnsi="Times New Roman" w:cs="Times New Roman"/>
                <w:szCs w:val="24"/>
              </w:rPr>
            </w:pPr>
          </w:p>
        </w:tc>
        <w:tc>
          <w:tcPr>
            <w:tcW w:w="2191" w:type="dxa"/>
            <w:tcBorders>
              <w:top w:val="single" w:sz="4" w:space="0" w:color="000000"/>
              <w:left w:val="single" w:sz="4" w:space="0" w:color="000000"/>
              <w:bottom w:val="single" w:sz="4" w:space="0" w:color="000000"/>
              <w:right w:val="single" w:sz="4" w:space="0" w:color="000000"/>
            </w:tcBorders>
          </w:tcPr>
          <w:p w14:paraId="59D5EC16" w14:textId="77777777" w:rsidR="00CF1521" w:rsidRPr="006551AA" w:rsidRDefault="00CF1521" w:rsidP="006551AA">
            <w:pPr>
              <w:jc w:val="both"/>
              <w:rPr>
                <w:rFonts w:ascii="Times New Roman" w:hAnsi="Times New Roman" w:cs="Times New Roman"/>
                <w:szCs w:val="24"/>
              </w:rPr>
            </w:pPr>
          </w:p>
        </w:tc>
      </w:tr>
      <w:tr w:rsidR="00CF1521" w:rsidRPr="006551AA" w14:paraId="7D4B3322" w14:textId="77777777" w:rsidTr="006551AA">
        <w:trPr>
          <w:jc w:val="center"/>
        </w:trPr>
        <w:tc>
          <w:tcPr>
            <w:tcW w:w="570" w:type="dxa"/>
            <w:tcBorders>
              <w:top w:val="single" w:sz="4" w:space="0" w:color="000000"/>
              <w:left w:val="single" w:sz="4" w:space="0" w:color="000000"/>
              <w:bottom w:val="single" w:sz="4" w:space="0" w:color="000000"/>
              <w:right w:val="single" w:sz="4" w:space="0" w:color="000000"/>
            </w:tcBorders>
          </w:tcPr>
          <w:p w14:paraId="61F9B734"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2</w:t>
            </w:r>
          </w:p>
        </w:tc>
        <w:tc>
          <w:tcPr>
            <w:tcW w:w="3574" w:type="dxa"/>
            <w:tcBorders>
              <w:top w:val="single" w:sz="4" w:space="0" w:color="000000"/>
              <w:left w:val="single" w:sz="4" w:space="0" w:color="000000"/>
              <w:bottom w:val="single" w:sz="4" w:space="0" w:color="000000"/>
              <w:right w:val="single" w:sz="4" w:space="0" w:color="000000"/>
            </w:tcBorders>
          </w:tcPr>
          <w:p w14:paraId="43F637B5" w14:textId="77777777" w:rsidR="00CF1521" w:rsidRPr="006551AA" w:rsidRDefault="00CF1521" w:rsidP="006551AA">
            <w:pPr>
              <w:jc w:val="both"/>
              <w:rPr>
                <w:rFonts w:ascii="Times New Roman" w:hAnsi="Times New Roman" w:cs="Times New Roman"/>
                <w:szCs w:val="24"/>
              </w:rPr>
            </w:pPr>
          </w:p>
        </w:tc>
        <w:tc>
          <w:tcPr>
            <w:tcW w:w="2174" w:type="dxa"/>
            <w:tcBorders>
              <w:top w:val="single" w:sz="4" w:space="0" w:color="000000"/>
              <w:left w:val="single" w:sz="4" w:space="0" w:color="000000"/>
              <w:bottom w:val="single" w:sz="4" w:space="0" w:color="000000"/>
              <w:right w:val="single" w:sz="4" w:space="0" w:color="000000"/>
            </w:tcBorders>
          </w:tcPr>
          <w:p w14:paraId="57C3F138" w14:textId="77777777" w:rsidR="00CF1521" w:rsidRPr="006551AA" w:rsidRDefault="00CF1521" w:rsidP="006551AA">
            <w:pPr>
              <w:jc w:val="both"/>
              <w:rPr>
                <w:rFonts w:ascii="Times New Roman" w:hAnsi="Times New Roman" w:cs="Times New Roman"/>
                <w:szCs w:val="24"/>
              </w:rPr>
            </w:pPr>
          </w:p>
        </w:tc>
        <w:tc>
          <w:tcPr>
            <w:tcW w:w="2191" w:type="dxa"/>
            <w:tcBorders>
              <w:top w:val="single" w:sz="4" w:space="0" w:color="000000"/>
              <w:left w:val="single" w:sz="4" w:space="0" w:color="000000"/>
              <w:bottom w:val="single" w:sz="4" w:space="0" w:color="000000"/>
              <w:right w:val="single" w:sz="4" w:space="0" w:color="000000"/>
            </w:tcBorders>
          </w:tcPr>
          <w:p w14:paraId="1309E2B7" w14:textId="77777777" w:rsidR="00CF1521" w:rsidRPr="006551AA" w:rsidRDefault="00CF1521" w:rsidP="006551AA">
            <w:pPr>
              <w:jc w:val="both"/>
              <w:rPr>
                <w:rFonts w:ascii="Times New Roman" w:hAnsi="Times New Roman" w:cs="Times New Roman"/>
                <w:szCs w:val="24"/>
              </w:rPr>
            </w:pPr>
          </w:p>
        </w:tc>
      </w:tr>
      <w:tr w:rsidR="00CF1521" w:rsidRPr="006551AA" w14:paraId="7B091089" w14:textId="77777777" w:rsidTr="006551AA">
        <w:trPr>
          <w:jc w:val="center"/>
        </w:trPr>
        <w:tc>
          <w:tcPr>
            <w:tcW w:w="570" w:type="dxa"/>
            <w:tcBorders>
              <w:top w:val="single" w:sz="4" w:space="0" w:color="000000"/>
              <w:left w:val="single" w:sz="4" w:space="0" w:color="000000"/>
              <w:bottom w:val="single" w:sz="4" w:space="0" w:color="000000"/>
              <w:right w:val="single" w:sz="4" w:space="0" w:color="000000"/>
            </w:tcBorders>
          </w:tcPr>
          <w:p w14:paraId="48F5A972"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3</w:t>
            </w:r>
          </w:p>
        </w:tc>
        <w:tc>
          <w:tcPr>
            <w:tcW w:w="3574" w:type="dxa"/>
            <w:tcBorders>
              <w:top w:val="single" w:sz="4" w:space="0" w:color="000000"/>
              <w:left w:val="single" w:sz="4" w:space="0" w:color="000000"/>
              <w:bottom w:val="single" w:sz="4" w:space="0" w:color="000000"/>
              <w:right w:val="single" w:sz="4" w:space="0" w:color="000000"/>
            </w:tcBorders>
          </w:tcPr>
          <w:p w14:paraId="13724B44" w14:textId="77777777" w:rsidR="00CF1521" w:rsidRPr="006551AA" w:rsidRDefault="00CF1521" w:rsidP="006551AA">
            <w:pPr>
              <w:jc w:val="both"/>
              <w:rPr>
                <w:rFonts w:ascii="Times New Roman" w:hAnsi="Times New Roman" w:cs="Times New Roman"/>
                <w:szCs w:val="24"/>
              </w:rPr>
            </w:pPr>
          </w:p>
        </w:tc>
        <w:tc>
          <w:tcPr>
            <w:tcW w:w="2174" w:type="dxa"/>
            <w:tcBorders>
              <w:top w:val="single" w:sz="4" w:space="0" w:color="000000"/>
              <w:left w:val="single" w:sz="4" w:space="0" w:color="000000"/>
              <w:bottom w:val="single" w:sz="4" w:space="0" w:color="000000"/>
              <w:right w:val="single" w:sz="4" w:space="0" w:color="000000"/>
            </w:tcBorders>
          </w:tcPr>
          <w:p w14:paraId="22BE22CE" w14:textId="77777777" w:rsidR="00CF1521" w:rsidRPr="006551AA" w:rsidRDefault="00CF1521" w:rsidP="006551AA">
            <w:pPr>
              <w:jc w:val="both"/>
              <w:rPr>
                <w:rFonts w:ascii="Times New Roman" w:hAnsi="Times New Roman" w:cs="Times New Roman"/>
                <w:szCs w:val="24"/>
              </w:rPr>
            </w:pPr>
          </w:p>
        </w:tc>
        <w:tc>
          <w:tcPr>
            <w:tcW w:w="2191" w:type="dxa"/>
            <w:tcBorders>
              <w:top w:val="single" w:sz="4" w:space="0" w:color="000000"/>
              <w:left w:val="single" w:sz="4" w:space="0" w:color="000000"/>
              <w:bottom w:val="single" w:sz="4" w:space="0" w:color="000000"/>
              <w:right w:val="single" w:sz="4" w:space="0" w:color="000000"/>
            </w:tcBorders>
          </w:tcPr>
          <w:p w14:paraId="734A0E07" w14:textId="77777777" w:rsidR="00CF1521" w:rsidRPr="006551AA" w:rsidRDefault="00CF1521" w:rsidP="006551AA">
            <w:pPr>
              <w:jc w:val="both"/>
              <w:rPr>
                <w:rFonts w:ascii="Times New Roman" w:hAnsi="Times New Roman" w:cs="Times New Roman"/>
                <w:szCs w:val="24"/>
              </w:rPr>
            </w:pPr>
          </w:p>
        </w:tc>
      </w:tr>
    </w:tbl>
    <w:p w14:paraId="25CC4A7D" w14:textId="77777777" w:rsidR="00CF1521" w:rsidRPr="006551AA" w:rsidRDefault="00CF1521" w:rsidP="006551AA">
      <w:pPr>
        <w:jc w:val="both"/>
        <w:rPr>
          <w:rFonts w:ascii="Times New Roman" w:hAnsi="Times New Roman" w:cs="Times New Roman"/>
          <w:szCs w:val="24"/>
        </w:rPr>
      </w:pPr>
    </w:p>
    <w:p w14:paraId="2952547C"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Guru pembimbing yang ditugaskan: ................................................................</w:t>
      </w:r>
    </w:p>
    <w:p w14:paraId="567FDFEE"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Demikian surat ini dibuat untuk dipergunakan sebagaimana mestinya.</w:t>
      </w:r>
    </w:p>
    <w:p w14:paraId="02BE80DC"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 ................................ 2026</w:t>
      </w:r>
    </w:p>
    <w:p w14:paraId="616231C4"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Kepala Sekolah,</w:t>
      </w:r>
    </w:p>
    <w:p w14:paraId="0F1C0EBD" w14:textId="77777777" w:rsidR="00CF1521" w:rsidRPr="006551AA" w:rsidRDefault="00CF1521" w:rsidP="006551AA">
      <w:pPr>
        <w:jc w:val="both"/>
        <w:rPr>
          <w:rFonts w:ascii="Times New Roman" w:hAnsi="Times New Roman" w:cs="Times New Roman"/>
          <w:szCs w:val="24"/>
        </w:rPr>
      </w:pPr>
    </w:p>
    <w:p w14:paraId="426E2DAB" w14:textId="77777777" w:rsidR="00CF1521" w:rsidRPr="006551AA" w:rsidRDefault="00CF1521" w:rsidP="006551AA">
      <w:pPr>
        <w:jc w:val="both"/>
        <w:rPr>
          <w:rFonts w:ascii="Times New Roman" w:hAnsi="Times New Roman" w:cs="Times New Roman"/>
          <w:szCs w:val="24"/>
        </w:rPr>
      </w:pPr>
    </w:p>
    <w:p w14:paraId="17DADE21"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w:t>
      </w:r>
    </w:p>
    <w:p w14:paraId="428845C5" w14:textId="77777777" w:rsidR="00CF1521" w:rsidRPr="006551AA" w:rsidRDefault="00000000" w:rsidP="006551AA">
      <w:pPr>
        <w:jc w:val="both"/>
        <w:rPr>
          <w:rFonts w:ascii="Times New Roman" w:hAnsi="Times New Roman" w:cs="Times New Roman"/>
          <w:szCs w:val="24"/>
        </w:rPr>
      </w:pPr>
      <w:r w:rsidRPr="006551AA">
        <w:rPr>
          <w:rFonts w:ascii="Times New Roman" w:hAnsi="Times New Roman" w:cs="Times New Roman"/>
          <w:szCs w:val="24"/>
        </w:rPr>
        <w:t>NIP/NIK:</w:t>
      </w:r>
    </w:p>
    <w:sectPr w:rsidR="00CF1521" w:rsidRPr="006551AA" w:rsidSect="006551AA">
      <w:pgSz w:w="11906" w:h="16838" w:code="9"/>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7830640">
    <w:abstractNumId w:val="8"/>
  </w:num>
  <w:num w:numId="2" w16cid:durableId="2070881976">
    <w:abstractNumId w:val="6"/>
  </w:num>
  <w:num w:numId="3" w16cid:durableId="1201436858">
    <w:abstractNumId w:val="5"/>
  </w:num>
  <w:num w:numId="4" w16cid:durableId="1902672993">
    <w:abstractNumId w:val="4"/>
  </w:num>
  <w:num w:numId="5" w16cid:durableId="822477253">
    <w:abstractNumId w:val="7"/>
  </w:num>
  <w:num w:numId="6" w16cid:durableId="932323442">
    <w:abstractNumId w:val="3"/>
  </w:num>
  <w:num w:numId="7" w16cid:durableId="286932854">
    <w:abstractNumId w:val="2"/>
  </w:num>
  <w:num w:numId="8" w16cid:durableId="1894464754">
    <w:abstractNumId w:val="1"/>
  </w:num>
  <w:num w:numId="9" w16cid:durableId="87431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6586"/>
    <w:rsid w:val="0015074B"/>
    <w:rsid w:val="0029639D"/>
    <w:rsid w:val="00326F90"/>
    <w:rsid w:val="006551AA"/>
    <w:rsid w:val="008E7173"/>
    <w:rsid w:val="00AA1D8D"/>
    <w:rsid w:val="00B47730"/>
    <w:rsid w:val="00CB0664"/>
    <w:rsid w:val="00CF15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56F949"/>
  <w14:defaultImageDpi w14:val="300"/>
  <w15:docId w15:val="{63828C99-DC5C-4AFB-83DF-34E41EDB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3</cp:revision>
  <dcterms:created xsi:type="dcterms:W3CDTF">2013-12-23T23:15:00Z</dcterms:created>
  <dcterms:modified xsi:type="dcterms:W3CDTF">2026-09-16T11:53:00Z</dcterms:modified>
  <cp:category/>
</cp:coreProperties>
</file>