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SURAT PERNYATAAN GURU PENDAMPING FTIC 2026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3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Nama Lengkap</w:t>
        <w:tab/>
        <w:t xml:space="preserve">: ...............................................................</w:t>
      </w:r>
    </w:p>
    <w:p w:rsidR="00000000" w:rsidDel="00000000" w:rsidP="00000000" w:rsidRDefault="00000000" w:rsidRPr="00000000" w14:paraId="00000004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Nama Sekolah</w:t>
        <w:tab/>
        <w:tab/>
        <w:t xml:space="preserve">: ...............................................................</w:t>
      </w:r>
    </w:p>
    <w:p w:rsidR="00000000" w:rsidDel="00000000" w:rsidP="00000000" w:rsidRDefault="00000000" w:rsidRPr="00000000" w14:paraId="00000005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Nomor HP (WA)</w:t>
        <w:tab/>
        <w:t xml:space="preserve">: ...............................................................</w:t>
      </w:r>
    </w:p>
    <w:p w:rsidR="00000000" w:rsidDel="00000000" w:rsidP="00000000" w:rsidRDefault="00000000" w:rsidRPr="00000000" w14:paraId="00000006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Alamat Email</w:t>
        <w:tab/>
        <w:tab/>
        <w:t xml:space="preserve">: ...............................................................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ini menyatakan bersedia dan sanggup menjadi Guru Pendamping bagi tim berikut dalam kompetisi FTIC 2026:</w:t>
      </w:r>
    </w:p>
    <w:p w:rsidR="00000000" w:rsidDel="00000000" w:rsidP="00000000" w:rsidRDefault="00000000" w:rsidRPr="00000000" w14:paraId="00000008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Nama Ketua Tim</w:t>
        <w:tab/>
        <w:t xml:space="preserve">: ...............................................................</w:t>
      </w:r>
    </w:p>
    <w:p w:rsidR="00000000" w:rsidDel="00000000" w:rsidP="00000000" w:rsidRDefault="00000000" w:rsidRPr="00000000" w14:paraId="00000009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Nama Tim</w:t>
        <w:tab/>
        <w:tab/>
        <w:t xml:space="preserve">: ...............................................................</w:t>
      </w:r>
    </w:p>
    <w:p w:rsidR="00000000" w:rsidDel="00000000" w:rsidP="00000000" w:rsidRDefault="00000000" w:rsidRPr="00000000" w14:paraId="0000000A">
      <w:pPr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Judul Inovasi</w:t>
        <w:tab/>
        <w:tab/>
        <w:t xml:space="preserve">: ...............................................................</w:t>
      </w:r>
    </w:p>
    <w:p w:rsidR="00000000" w:rsidDel="00000000" w:rsidP="00000000" w:rsidRDefault="00000000" w:rsidRPr="00000000" w14:paraId="0000000B">
      <w:pPr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 xml:space="preserve">  ...............................................................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Saya menyatakan dengan sesungguhnya bahwa: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Saya akan mendampingi, membimbing, dan mengawasi tim tersebut selama proses persiapan hingga akhir pelaksanaan kompetisi FTIC 2026, serta bertanggung jawab penuh atas sikap, etika, dan perilaku anggota tim.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Saya menjamin bahwa seluruh data dan informasi yang diberikan oleh tim adalah benar, serta karya inovasi yang diajukan bukan hasil plagiasi dari karya pihak lain.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Saya telah memastikan bahwa tim memahami dan mematuhi seluruh peraturan dan pedoman kompetisi FTIC 2026, termasuk aturan mengenai penggunaan kecerdasan buatan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Artificial Intelligence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Apabila di kemudian hari ditemukan pelanggaran terhadap peraturan kompetisi, saya bersedia apabila tim yang saya dampingi diskualifikasi. Demikian surat pernyataan ini saya buat dengan sebenar-benarnya tanpa ada paksaan dari pihak mana pun.</w:t>
      </w:r>
    </w:p>
    <w:p w:rsidR="00000000" w:rsidDel="00000000" w:rsidP="00000000" w:rsidRDefault="00000000" w:rsidRPr="00000000" w14:paraId="00000011">
      <w:pPr>
        <w:ind w:left="360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......................., ................................ 2026</w:t>
      </w:r>
    </w:p>
    <w:p w:rsidR="00000000" w:rsidDel="00000000" w:rsidP="00000000" w:rsidRDefault="00000000" w:rsidRPr="00000000" w14:paraId="00000012">
      <w:pPr>
        <w:ind w:left="360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Guru Pendamping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360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(...........................................)</w:t>
      </w:r>
    </w:p>
    <w:p w:rsidR="00000000" w:rsidDel="00000000" w:rsidP="00000000" w:rsidRDefault="00000000" w:rsidRPr="00000000" w14:paraId="00000015">
      <w:pPr>
        <w:ind w:left="360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NIP/NIK: .....................................</w:t>
      </w:r>
    </w:p>
    <w:sectPr>
      <w:pgSz w:h="16838" w:w="11906" w:orient="portrait"/>
      <w:pgMar w:bottom="1701" w:top="1701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CNCK2RO7nO8p2nMpHZ/f8eZiw==">CgMxLjA4AHIhMTktcG9Yc1FfX19VWGtWeEVpd05OYV9HbHBSeHlac1ZB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